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Intake motoradvertentie</w:t>
      </w:r>
    </w:p>
    <w:p>
      <w:r>
        <w:t>Vul in wat je weet. Laat onbekende gegevens leeg; we nemen ze niet onbevestigd over. Dit formulier is alleen bedoeld om de advertentie te maken.</w:t>
      </w:r>
    </w:p>
    <w:p>
      <w:pPr>
        <w:pStyle w:val="Heading2"/>
      </w:pPr>
      <w:r>
        <w:t>Contact</w:t>
      </w:r>
    </w:p>
    <w:p>
      <w:r>
        <w:t>Naam en telefoonnummer of e-mailadres</w:t>
      </w:r>
    </w:p>
    <w:p>
      <w:r>
        <w:t>________________________________________________________________________________</w:t>
      </w:r>
    </w:p>
    <w:p>
      <w:pPr>
        <w:pStyle w:val="Heading2"/>
      </w:pPr>
      <w:r>
        <w:t>De motor</w:t>
      </w:r>
    </w:p>
    <w:p>
      <w:r>
        <w:t>Merk, model en uitvoering</w:t>
      </w:r>
    </w:p>
    <w:p>
      <w:r>
        <w:t>________________________________________________________________________________</w:t>
      </w:r>
    </w:p>
    <w:p>
      <w:r>
        <w:t>Bouwjaar, kilometerstand en kenteken</w:t>
      </w:r>
    </w:p>
    <w:p>
      <w:r>
        <w:t>________________________________________________________________________________</w:t>
      </w:r>
    </w:p>
    <w:p>
      <w:r>
        <w:t>Vraagprijs en plaats waar de motor te bekijken is</w:t>
      </w:r>
    </w:p>
    <w:p>
      <w:r>
        <w:t>________________________________________________________________________________</w:t>
      </w:r>
    </w:p>
    <w:p>
      <w:pPr>
        <w:pStyle w:val="Heading2"/>
      </w:pPr>
      <w:r>
        <w:t>Wat maakt deze motor interessant</w:t>
      </w:r>
    </w:p>
    <w:p>
      <w:r>
        <w:t>Belangrijkste extra’s of accessoires, bijvoorbeeld koffers, uitlaat of handvatverwarming</w:t>
      </w:r>
    </w:p>
    <w:p>
      <w:r>
        <w:t>________________________________________________________________________________</w:t>
      </w:r>
    </w:p>
    <w:p>
      <w:r>
        <w:t>Recent onderhoud en aanwezige onderhoudsboekjes of facturen</w:t>
      </w:r>
    </w:p>
    <w:p>
      <w:r>
        <w:t>________________________________________________________________________________</w:t>
      </w:r>
    </w:p>
    <w:p>
      <w:pPr>
        <w:pStyle w:val="Heading2"/>
      </w:pPr>
      <w:r>
        <w:t>Eerlijk vermelden</w:t>
      </w:r>
    </w:p>
    <w:p>
      <w:r>
        <w:t>Bekende schade, krassen, storingen of andere aandachtspunten</w:t>
      </w:r>
    </w:p>
    <w:p>
      <w:r>
        <w:t>________________________________________________________________________________</w:t>
      </w:r>
    </w:p>
    <w:p>
      <w:r>
        <w:t>Wat krijg je erbij, bijvoorbeeld sleutels, originele onderdelen of accessoires</w:t>
      </w:r>
    </w:p>
    <w:p>
      <w:r>
        <w:t>________________________________________________________________________________</w:t>
      </w:r>
    </w:p>
    <w:p>
      <w:pPr>
        <w:pStyle w:val="Heading2"/>
      </w:pPr>
      <w:r>
        <w:t>Foto’s en plaatsing</w:t>
      </w:r>
    </w:p>
    <w:p>
      <w:r>
        <w:t>☐ Ik stuur bestaande foto’s mee     ☐ Ik wil hulp met kiezen van foto’s</w:t>
      </w:r>
    </w:p>
    <w:p>
      <w:r>
        <w:t>☐ Ik heb al een advertentie online: link _____________________________________________</w:t>
      </w:r>
    </w:p>
    <w:p>
      <w:r>
        <w:t>Waar wil je de advertentie plaatsen?  ☐ Marktplaats  ☐ AutoScout24  ☐ Anders: __________</w:t>
      </w:r>
    </w:p>
    <w:p>
      <w:r>
        <w:t>Als je iets niet weet, zoeken we samen uit of we het beter uit de advertentie kunnen laten. We publiceren pas nadat je de tekst en foto’s hebt goedgekeurd.</w:t>
      </w:r>
    </w:p>
    <w:p>
      <w:r>
        <w:t>Datum: ____________________</w:t>
      </w:r>
    </w:p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